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887"/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222222"/>
                <w:sz w:val="24"/>
              </w:rPr>
              <w:t>Your Business Name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777777"/>
                <w:sz w:val="18"/>
              </w:rPr>
              <w:t>Street address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777777"/>
                <w:sz w:val="18"/>
              </w:rPr>
              <w:t>City, State ZIP</w:t>
            </w:r>
          </w:p>
          <w:p>
            <w:pPr>
              <w:spacing w:after="0"/>
              <w:jc w:val="left"/>
            </w:pPr>
            <w:r>
              <w:rPr>
                <w:b w:val="0"/>
                <w:i w:val="0"/>
                <w:color w:val="777777"/>
                <w:sz w:val="18"/>
              </w:rPr>
              <w:t>Phone · Email</w:t>
            </w:r>
          </w:p>
        </w:tc>
        <w:tc>
          <w:tcPr>
            <w:tcW w:type="dxa" w:w="4625"/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047857"/>
                <w:sz w:val="52"/>
              </w:rPr>
              <w:t>RECEIPT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2312"/>
              <w:gridCol w:w="2312"/>
            </w:tblGrid>
            <w:tr>
              <w:tc>
                <w:tcPr>
                  <w:tcW w:type="dxa" w:w="1584"/>
                </w:tcPr>
                <w:p>
                  <w:pPr>
                    <w:spacing w:after="0"/>
                    <w:jc w:val="right"/>
                  </w:pPr>
                  <w:r>
                    <w:rPr>
                      <w:b w:val="0"/>
                      <w:i w:val="0"/>
                      <w:color w:val="555555"/>
                      <w:sz w:val="17"/>
                    </w:rPr>
                    <w:t>Receipt no.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200"/>
                    <w:pBdr>
                      <w:bottom w:val="single" w:sz="4" w:space="1" w:color="8A8A8A"/>
                    </w:pBd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1584"/>
                </w:tcPr>
                <w:p>
                  <w:pPr>
                    <w:spacing w:after="0"/>
                    <w:jc w:val="right"/>
                  </w:pPr>
                  <w:r>
                    <w:rPr>
                      <w:b w:val="0"/>
                      <w:i w:val="0"/>
                      <w:color w:val="555555"/>
                      <w:sz w:val="17"/>
                    </w:rPr>
                    <w:t>Date</w:t>
                  </w:r>
                </w:p>
              </w:tc>
              <w:tc>
                <w:tcPr>
                  <w:tcW w:type="dxa" w:w="2736"/>
                </w:tcPr>
                <w:p>
                  <w:pPr>
                    <w:spacing w:before="200"/>
                    <w:pBdr>
                      <w:bottom w:val="single" w:sz="4" w:space="1" w:color="8A8A8A"/>
                    </w:pBdr>
                  </w:pPr>
                  <w:r>
                    <w:rPr>
                      <w:sz w:val="18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60" w:before="240"/>
        <w:jc w:val="left"/>
      </w:pPr>
      <w:r>
        <w:rPr>
          <w:b/>
          <w:i w:val="0"/>
          <w:color w:val="047857"/>
          <w:sz w:val="16"/>
        </w:rPr>
        <w:t>AMOUNT RECEIVED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680" w:hRule="atLeast"/>
        </w:trPr>
        <w:tc>
          <w:tcPr>
            <w:tcW w:type="dxa" w:w="3744"/>
            <w:tcBorders>
              <w:top w:val="single" w:sz="12" w:color="047857"/>
              <w:left w:val="single" w:sz="12" w:color="047857"/>
              <w:bottom w:val="single" w:sz="12" w:color="047857"/>
              <w:right w:val="single" w:sz="12" w:color="047857"/>
            </w:tcBorders>
            <w:tcMar>
              <w:top w:w="120" w:type="dxa"/>
              <w:left w:w="160" w:type="dxa"/>
              <w:bottom w:w="120" w:type="dxa"/>
              <w:right w:w="160" w:type="dxa"/>
            </w:tcMar>
          </w:tcPr>
          <w:p>
            <w:pPr>
              <w:spacing w:after="0"/>
              <w:jc w:val="left"/>
            </w:pPr>
            <w:r>
              <w:rPr>
                <w:b/>
                <w:i w:val="0"/>
                <w:color w:val="047857"/>
                <w:sz w:val="40"/>
              </w:rPr>
              <w:t>$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736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7"/>
              </w:rPr>
              <w:t>Received from</w:t>
            </w:r>
          </w:p>
        </w:tc>
        <w:tc>
          <w:tcPr>
            <w:tcW w:type="dxa" w:w="7776"/>
          </w:tcPr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736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7"/>
              </w:rPr>
              <w:t>Amount in words</w:t>
            </w:r>
          </w:p>
        </w:tc>
        <w:tc>
          <w:tcPr>
            <w:tcW w:type="dxa" w:w="7776"/>
          </w:tcPr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736"/>
          </w:tcPr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7"/>
              </w:rPr>
              <w:t>For (description / invoice no.)</w:t>
            </w:r>
          </w:p>
        </w:tc>
        <w:tc>
          <w:tcPr>
            <w:tcW w:type="dxa" w:w="7776"/>
          </w:tcPr>
          <w:p>
            <w:pPr>
              <w:spacing w:before="200"/>
              <w:pBdr>
                <w:bottom w:val="single" w:sz="4" w:space="1" w:color="8A8A8A"/>
              </w:pBd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spacing w:after="0" w:before="0"/>
        <w:jc w:val="left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7"/>
              </w:rPr>
              <w:t>Invoice total</w:t>
            </w:r>
          </w:p>
        </w:tc>
        <w:tc>
          <w:tcPr>
            <w:tcW w:type="dxa" w:w="220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>
            <w:pPr>
              <w:spacing w:after="0"/>
              <w:jc w:val="right"/>
            </w:pPr>
            <w:r>
              <w:rPr>
                <w:b w:val="0"/>
                <w:i w:val="0"/>
                <w:color w:val="444444"/>
                <w:sz w:val="17"/>
              </w:rPr>
              <w:t>Amount paid</w:t>
            </w:r>
          </w:p>
        </w:tc>
        <w:tc>
          <w:tcPr>
            <w:tcW w:type="dxa" w:w="2208"/>
            <w:tcMar>
              <w:top w:w="60" w:type="dxa"/>
              <w:left w:w="90" w:type="dxa"/>
              <w:bottom w:w="60" w:type="dxa"/>
              <w:right w:w="90" w:type="dxa"/>
            </w:tcMar>
            <w:tcBorders>
              <w:top w:val="single" w:sz="4" w:color="B5B5B5"/>
              <w:left w:val="single" w:sz="4" w:color="B5B5B5"/>
              <w:bottom w:val="single" w:sz="4" w:color="B5B5B5"/>
              <w:right w:val="single" w:sz="4" w:color="B5B5B5"/>
            </w:tcBorders>
          </w:tcPr>
          <w:p/>
        </w:tc>
      </w:tr>
      <w:tr>
        <w:trPr>
          <w:trHeight w:val="440" w:hRule="atLeast"/>
        </w:trPr>
        <w:tc>
          <w:tcPr>
            <w:tcW w:type="dxa" w:w="262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047857"/>
            <w:tcBorders>
              <w:top w:val="single" w:sz="4" w:color="047857"/>
              <w:left w:val="single" w:sz="4" w:color="047857"/>
              <w:bottom w:val="single" w:sz="4" w:color="047857"/>
              <w:right w:val="single" w:sz="4" w:color="047857"/>
            </w:tcBorders>
          </w:tcPr>
          <w:p>
            <w:pPr>
              <w:spacing w:after="0"/>
              <w:jc w:val="right"/>
            </w:pPr>
            <w:r>
              <w:rPr>
                <w:b/>
                <w:i w:val="0"/>
                <w:color w:val="FFFFFF"/>
                <w:sz w:val="19"/>
              </w:rPr>
              <w:t>Balance due</w:t>
            </w:r>
          </w:p>
        </w:tc>
        <w:tc>
          <w:tcPr>
            <w:tcW w:type="dxa" w:w="2208"/>
            <w:tcMar>
              <w:top w:w="60" w:type="dxa"/>
              <w:left w:w="90" w:type="dxa"/>
              <w:bottom w:w="60" w:type="dxa"/>
              <w:right w:w="90" w:type="dxa"/>
            </w:tcMar>
            <w:shd w:val="clear" w:color="auto" w:fill="047857"/>
            <w:tcBorders>
              <w:top w:val="single" w:sz="4" w:color="047857"/>
              <w:left w:val="single" w:sz="4" w:color="047857"/>
              <w:bottom w:val="single" w:sz="4" w:color="047857"/>
              <w:right w:val="single" w:sz="4" w:color="047857"/>
            </w:tcBorders>
          </w:tcPr>
          <w:p/>
        </w:tc>
      </w:tr>
    </w:tbl>
    <w:p>
      <w:pPr>
        <w:spacing w:after="60" w:before="280"/>
        <w:jc w:val="left"/>
      </w:pPr>
      <w:r>
        <w:rPr>
          <w:b/>
          <w:i w:val="0"/>
          <w:color w:val="047857"/>
          <w:sz w:val="16"/>
        </w:rPr>
        <w:t>PAYMENT METHOD</w:t>
      </w:r>
    </w:p>
    <w:p>
      <w:pPr>
        <w:spacing w:after="0" w:before="0"/>
        <w:jc w:val="left"/>
      </w:pPr>
      <w:r>
        <w:rPr>
          <w:b w:val="0"/>
          <w:i w:val="0"/>
          <w:sz w:val="20"/>
        </w:rPr>
        <w:t>☐ Cash      ☐ Cheque      ☐ Card      ☐ Bank transfer      ☐ Other</w:t>
      </w:r>
    </w:p>
    <w:p>
      <w:pPr>
        <w:spacing w:after="0" w:before="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4730"/>
            <w:tcBorders>
              <w:top w:val="single" w:sz="4" w:color="8A8A8A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6"/>
              </w:rPr>
              <w:t>Received by</w:t>
            </w:r>
          </w:p>
        </w:tc>
        <w:tc>
          <w:tcPr>
            <w:tcW w:type="dxa" w:w="1051"/>
          </w:tcPr>
          <w:p/>
        </w:tc>
        <w:tc>
          <w:tcPr>
            <w:tcW w:type="dxa" w:w="4730"/>
            <w:tcBorders>
              <w:top w:val="single" w:sz="4" w:color="8A8A8A"/>
              <w:left w:val="nil"/>
              <w:bottom w:val="nil"/>
              <w:right w:val="nil"/>
            </w:tcBorders>
            <w:tcMar>
              <w:top w:w="60" w:type="dxa"/>
              <w:left w:w="0" w:type="dxa"/>
              <w:bottom w:w="0" w:type="dxa"/>
              <w:right w:w="0" w:type="dxa"/>
            </w:tcMar>
          </w:tcPr>
          <w:p>
            <w:pPr>
              <w:spacing w:after="0"/>
              <w:jc w:val="left"/>
            </w:pPr>
            <w:r>
              <w:rPr>
                <w:b w:val="0"/>
                <w:i w:val="0"/>
                <w:color w:val="555555"/>
                <w:sz w:val="16"/>
              </w:rPr>
              <w:t>Customer</w:t>
            </w:r>
          </w:p>
        </w:tc>
      </w:tr>
    </w:tbl>
    <w:p>
      <w:pPr>
        <w:spacing w:after="0" w:before="360"/>
        <w:jc w:val="center"/>
      </w:pPr>
      <w:r>
        <w:rPr>
          <w:b w:val="0"/>
          <w:i/>
          <w:color w:val="777777"/>
          <w:sz w:val="16"/>
        </w:rPr>
        <w:t>This receipt confirms payment of the amount shown. Keep it for your records.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