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887"/>
          </w:tcPr>
          <w:p>
            <w:pPr>
              <w:spacing w:after="0"/>
              <w:jc w:val="left"/>
            </w:pPr>
            <w:r>
              <w:rPr>
                <w:b/>
                <w:i w:val="0"/>
                <w:color w:val="222222"/>
                <w:sz w:val="24"/>
              </w:rPr>
              <w:t>Your Business Name</w:t>
            </w:r>
          </w:p>
          <w:p>
            <w:pPr>
              <w:spacing w:after="0"/>
              <w:jc w:val="left"/>
            </w:pPr>
            <w:r>
              <w:rPr>
                <w:b w:val="0"/>
                <w:i w:val="0"/>
                <w:color w:val="777777"/>
                <w:sz w:val="18"/>
              </w:rPr>
              <w:t>Street address</w:t>
            </w:r>
          </w:p>
          <w:p>
            <w:pPr>
              <w:spacing w:after="0"/>
              <w:jc w:val="left"/>
            </w:pPr>
            <w:r>
              <w:rPr>
                <w:b w:val="0"/>
                <w:i w:val="0"/>
                <w:color w:val="777777"/>
                <w:sz w:val="18"/>
              </w:rPr>
              <w:t>City, State ZIP</w:t>
            </w:r>
          </w:p>
          <w:p>
            <w:pPr>
              <w:spacing w:after="0"/>
              <w:jc w:val="left"/>
            </w:pPr>
            <w:r>
              <w:rPr>
                <w:b w:val="0"/>
                <w:i w:val="0"/>
                <w:color w:val="777777"/>
                <w:sz w:val="18"/>
              </w:rPr>
              <w:t>Phone · Email · Website</w:t>
            </w:r>
          </w:p>
        </w:tc>
        <w:tc>
          <w:tcPr>
            <w:tcW w:type="dxa" w:w="4625"/>
          </w:tcPr>
          <w:p>
            <w:pPr>
              <w:spacing w:after="0"/>
              <w:jc w:val="right"/>
            </w:pPr>
            <w:r>
              <w:rPr>
                <w:b/>
                <w:i w:val="0"/>
                <w:color w:val="1F2937"/>
                <w:sz w:val="52"/>
              </w:rPr>
              <w:t>INVOICE</w:t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2312"/>
              <w:gridCol w:w="2312"/>
            </w:tblGrid>
            <w:tr>
              <w:tc>
                <w:tcPr>
                  <w:tcW w:type="dxa" w:w="1584"/>
                </w:tcPr>
                <w:p>
                  <w:pPr>
                    <w:spacing w:after="0"/>
                    <w:jc w:val="right"/>
                  </w:pPr>
                  <w:r>
                    <w:rPr>
                      <w:b w:val="0"/>
                      <w:i w:val="0"/>
                      <w:color w:val="555555"/>
                      <w:sz w:val="17"/>
                    </w:rPr>
                    <w:t>Invoice no.</w:t>
                  </w:r>
                </w:p>
              </w:tc>
              <w:tc>
                <w:tcPr>
                  <w:tcW w:type="dxa" w:w="2736"/>
                </w:tcPr>
                <w:p>
                  <w:pPr>
                    <w:spacing w:before="200"/>
                    <w:pBdr>
                      <w:bottom w:val="single" w:sz="4" w:space="1" w:color="8A8A8A"/>
                    </w:pBdr>
                  </w:pPr>
                  <w:r>
                    <w:rPr>
                      <w:sz w:val="18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1584"/>
                </w:tcPr>
                <w:p>
                  <w:pPr>
                    <w:spacing w:after="0"/>
                    <w:jc w:val="right"/>
                  </w:pPr>
                  <w:r>
                    <w:rPr>
                      <w:b w:val="0"/>
                      <w:i w:val="0"/>
                      <w:color w:val="555555"/>
                      <w:sz w:val="17"/>
                    </w:rPr>
                    <w:t>Date</w:t>
                  </w:r>
                </w:p>
              </w:tc>
              <w:tc>
                <w:tcPr>
                  <w:tcW w:type="dxa" w:w="2736"/>
                </w:tcPr>
                <w:p>
                  <w:pPr>
                    <w:spacing w:before="200"/>
                    <w:pBdr>
                      <w:bottom w:val="single" w:sz="4" w:space="1" w:color="8A8A8A"/>
                    </w:pBdr>
                  </w:pPr>
                  <w:r>
                    <w:rPr>
                      <w:sz w:val="18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1584"/>
                </w:tcPr>
                <w:p>
                  <w:pPr>
                    <w:spacing w:after="0"/>
                    <w:jc w:val="right"/>
                  </w:pPr>
                  <w:r>
                    <w:rPr>
                      <w:b w:val="0"/>
                      <w:i w:val="0"/>
                      <w:color w:val="555555"/>
                      <w:sz w:val="17"/>
                    </w:rPr>
                    <w:t>Terms</w:t>
                  </w:r>
                </w:p>
              </w:tc>
              <w:tc>
                <w:tcPr>
                  <w:tcW w:type="dxa" w:w="2736"/>
                </w:tcPr>
                <w:p>
                  <w:pPr>
                    <w:spacing w:before="200"/>
                    <w:pBdr>
                      <w:bottom w:val="single" w:sz="4" w:space="1" w:color="8A8A8A"/>
                    </w:pBdr>
                  </w:pPr>
                  <w:r>
                    <w:rPr>
                      <w:sz w:val="18"/>
                    </w:rPr>
                    <w:t xml:space="preserve"> </w:t>
                  </w:r>
                </w:p>
              </w:tc>
            </w:tr>
          </w:tbl>
          <w:p/>
        </w:tc>
      </w:tr>
    </w:tbl>
    <w:p>
      <w:pPr>
        <w:spacing w:after="0" w:before="0"/>
        <w:jc w:val="left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  <w:tcMar>
              <w:top w:w="0" w:type="dxa"/>
              <w:left w:w="0" w:type="dxa"/>
              <w:bottom w:w="0" w:type="dxa"/>
              <w:right w:w="200" w:type="dxa"/>
            </w:tcMar>
          </w:tcPr>
          <w:p>
            <w:pPr>
              <w:spacing w:after="0"/>
              <w:jc w:val="left"/>
            </w:pPr>
            <w:r>
              <w:rPr>
                <w:b/>
                <w:i w:val="0"/>
                <w:color w:val="1F2937"/>
                <w:sz w:val="16"/>
              </w:rPr>
              <w:t>CUSTOMER</w:t>
            </w:r>
          </w:p>
          <w:p>
            <w:pPr>
              <w:spacing w:before="200"/>
              <w:pBdr>
                <w:bottom w:val="single" w:sz="4" w:space="1" w:color="8A8A8A"/>
              </w:pBdr>
            </w:pPr>
            <w:r>
              <w:rPr>
                <w:sz w:val="18"/>
              </w:rPr>
              <w:t xml:space="preserve"> </w:t>
            </w:r>
          </w:p>
          <w:p>
            <w:pPr>
              <w:spacing w:before="200"/>
              <w:pBdr>
                <w:bottom w:val="single" w:sz="4" w:space="1" w:color="8A8A8A"/>
              </w:pBdr>
            </w:pPr>
            <w:r>
              <w:rPr>
                <w:sz w:val="18"/>
              </w:rPr>
              <w:t xml:space="preserve"> </w:t>
            </w:r>
          </w:p>
          <w:p>
            <w:pPr>
              <w:spacing w:before="200"/>
              <w:pBdr>
                <w:bottom w:val="single" w:sz="4" w:space="1" w:color="8A8A8A"/>
              </w:pBdr>
            </w:pPr>
            <w:r>
              <w:rPr>
                <w:sz w:val="18"/>
              </w:rPr>
              <w:t xml:space="preserve"> </w:t>
            </w:r>
          </w:p>
          <w:p>
            <w:pPr>
              <w:spacing w:before="200"/>
              <w:pBdr>
                <w:bottom w:val="single" w:sz="4" w:space="1" w:color="8A8A8A"/>
              </w:pBdr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5256"/>
            <w:tcMar>
              <w:top w:w="0" w:type="dxa"/>
              <w:left w:w="0" w:type="dxa"/>
              <w:bottom w:w="0" w:type="dxa"/>
              <w:right w:w="200" w:type="dxa"/>
            </w:tcMar>
          </w:tcPr>
          <w:p>
            <w:pPr>
              <w:spacing w:after="0"/>
              <w:jc w:val="left"/>
            </w:pPr>
            <w:r>
              <w:rPr>
                <w:b/>
                <w:i w:val="0"/>
                <w:color w:val="1F2937"/>
                <w:sz w:val="16"/>
              </w:rPr>
              <w:t>JOB / REFERENCE</w:t>
            </w:r>
          </w:p>
          <w:p>
            <w:pPr>
              <w:spacing w:before="200"/>
              <w:pBdr>
                <w:bottom w:val="single" w:sz="4" w:space="1" w:color="8A8A8A"/>
              </w:pBdr>
            </w:pPr>
            <w:r>
              <w:rPr>
                <w:sz w:val="18"/>
              </w:rPr>
              <w:t xml:space="preserve"> </w:t>
            </w:r>
          </w:p>
          <w:p>
            <w:pPr>
              <w:spacing w:before="200"/>
              <w:pBdr>
                <w:bottom w:val="single" w:sz="4" w:space="1" w:color="8A8A8A"/>
              </w:pBdr>
            </w:pPr>
            <w:r>
              <w:rPr>
                <w:sz w:val="18"/>
              </w:rPr>
              <w:t xml:space="preserve"> </w:t>
            </w:r>
          </w:p>
          <w:p>
            <w:pPr>
              <w:spacing w:before="200"/>
              <w:pBdr>
                <w:bottom w:val="single" w:sz="4" w:space="1" w:color="8A8A8A"/>
              </w:pBdr>
            </w:pPr>
            <w:r>
              <w:rPr>
                <w:sz w:val="18"/>
              </w:rPr>
              <w:t xml:space="preserve"> </w:t>
            </w:r>
          </w:p>
          <w:p>
            <w:pPr>
              <w:spacing w:before="200"/>
              <w:pBdr>
                <w:bottom w:val="single" w:sz="4" w:space="1" w:color="8A8A8A"/>
              </w:pBdr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spacing w:after="0" w:before="0"/>
        <w:jc w:val="left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1051"/>
            <w:shd w:val="clear" w:color="auto" w:fill="1F2937"/>
            <w:tcBorders>
              <w:top w:val="single" w:sz="4" w:color="1F2937"/>
              <w:left w:val="single" w:sz="4" w:color="1F2937"/>
              <w:bottom w:val="single" w:sz="4" w:color="1F2937"/>
              <w:right w:val="single" w:sz="4" w:color="1F2937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  <w:jc w:val="right"/>
            </w:pPr>
            <w:r>
              <w:rPr>
                <w:b/>
                <w:i w:val="0"/>
                <w:color w:val="FFFFFF"/>
                <w:sz w:val="15"/>
              </w:rPr>
              <w:t>QTY</w:t>
            </w:r>
          </w:p>
        </w:tc>
        <w:tc>
          <w:tcPr>
            <w:tcW w:type="dxa" w:w="5676"/>
            <w:shd w:val="clear" w:color="auto" w:fill="1F2937"/>
            <w:tcBorders>
              <w:top w:val="single" w:sz="4" w:color="1F2937"/>
              <w:left w:val="single" w:sz="4" w:color="1F2937"/>
              <w:bottom w:val="single" w:sz="4" w:color="1F2937"/>
              <w:right w:val="single" w:sz="4" w:color="1F2937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  <w:jc w:val="left"/>
            </w:pPr>
            <w:r>
              <w:rPr>
                <w:b/>
                <w:i w:val="0"/>
                <w:color w:val="FFFFFF"/>
                <w:sz w:val="15"/>
              </w:rPr>
              <w:t>DESCRIPTION</w:t>
            </w:r>
          </w:p>
        </w:tc>
        <w:tc>
          <w:tcPr>
            <w:tcW w:type="dxa" w:w="1892"/>
            <w:shd w:val="clear" w:color="auto" w:fill="1F2937"/>
            <w:tcBorders>
              <w:top w:val="single" w:sz="4" w:color="1F2937"/>
              <w:left w:val="single" w:sz="4" w:color="1F2937"/>
              <w:bottom w:val="single" w:sz="4" w:color="1F2937"/>
              <w:right w:val="single" w:sz="4" w:color="1F2937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  <w:jc w:val="right"/>
            </w:pPr>
            <w:r>
              <w:rPr>
                <w:b/>
                <w:i w:val="0"/>
                <w:color w:val="FFFFFF"/>
                <w:sz w:val="15"/>
              </w:rPr>
              <w:t>UNIT PRICE</w:t>
            </w:r>
          </w:p>
        </w:tc>
        <w:tc>
          <w:tcPr>
            <w:tcW w:type="dxa" w:w="1892"/>
            <w:shd w:val="clear" w:color="auto" w:fill="1F2937"/>
            <w:tcBorders>
              <w:top w:val="single" w:sz="4" w:color="1F2937"/>
              <w:left w:val="single" w:sz="4" w:color="1F2937"/>
              <w:bottom w:val="single" w:sz="4" w:color="1F2937"/>
              <w:right w:val="single" w:sz="4" w:color="1F2937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  <w:jc w:val="right"/>
            </w:pPr>
            <w:r>
              <w:rPr>
                <w:b/>
                <w:i w:val="0"/>
                <w:color w:val="FFFFFF"/>
                <w:sz w:val="15"/>
              </w:rPr>
              <w:t>AMOUNT</w:t>
            </w:r>
          </w:p>
        </w:tc>
      </w:tr>
      <w:tr>
        <w:trPr>
          <w:trHeight w:val="400" w:hRule="atLeast"/>
        </w:trPr>
        <w:tc>
          <w:tcPr>
            <w:tcW w:type="dxa" w:w="1051"/>
            <w:tcBorders>
              <w:top w:val="single" w:sz="4" w:color="B5B5B5"/>
              <w:left w:val="single" w:sz="4" w:color="B5B5B5"/>
              <w:bottom w:val="single" w:sz="4" w:color="B5B5B5"/>
              <w:right w:val="single" w:sz="4" w:color="B5B5B5"/>
            </w:tcBorders>
          </w:tcPr>
          <w:p/>
        </w:tc>
        <w:tc>
          <w:tcPr>
            <w:tcW w:type="dxa" w:w="5676"/>
            <w:tcBorders>
              <w:top w:val="single" w:sz="4" w:color="B5B5B5"/>
              <w:left w:val="single" w:sz="4" w:color="B5B5B5"/>
              <w:bottom w:val="single" w:sz="4" w:color="B5B5B5"/>
              <w:right w:val="single" w:sz="4" w:color="B5B5B5"/>
            </w:tcBorders>
          </w:tcPr>
          <w:p/>
        </w:tc>
        <w:tc>
          <w:tcPr>
            <w:tcW w:type="dxa" w:w="1892"/>
            <w:tcBorders>
              <w:top w:val="single" w:sz="4" w:color="B5B5B5"/>
              <w:left w:val="single" w:sz="4" w:color="B5B5B5"/>
              <w:bottom w:val="single" w:sz="4" w:color="B5B5B5"/>
              <w:right w:val="single" w:sz="4" w:color="B5B5B5"/>
            </w:tcBorders>
          </w:tcPr>
          <w:p/>
        </w:tc>
        <w:tc>
          <w:tcPr>
            <w:tcW w:type="dxa" w:w="1892"/>
            <w:tcBorders>
              <w:top w:val="single" w:sz="4" w:color="B5B5B5"/>
              <w:left w:val="single" w:sz="4" w:color="B5B5B5"/>
              <w:bottom w:val="single" w:sz="4" w:color="B5B5B5"/>
              <w:right w:val="single" w:sz="4" w:color="B5B5B5"/>
            </w:tcBorders>
          </w:tcPr>
          <w:p/>
        </w:tc>
      </w:tr>
      <w:tr>
        <w:trPr>
          <w:trHeight w:val="400" w:hRule="atLeast"/>
        </w:trPr>
        <w:tc>
          <w:tcPr>
            <w:tcW w:type="dxa" w:w="1051"/>
            <w:tcBorders>
              <w:top w:val="single" w:sz="4" w:color="B5B5B5"/>
              <w:left w:val="single" w:sz="4" w:color="B5B5B5"/>
              <w:bottom w:val="single" w:sz="4" w:color="B5B5B5"/>
              <w:right w:val="single" w:sz="4" w:color="B5B5B5"/>
            </w:tcBorders>
          </w:tcPr>
          <w:p/>
        </w:tc>
        <w:tc>
          <w:tcPr>
            <w:tcW w:type="dxa" w:w="5676"/>
            <w:tcBorders>
              <w:top w:val="single" w:sz="4" w:color="B5B5B5"/>
              <w:left w:val="single" w:sz="4" w:color="B5B5B5"/>
              <w:bottom w:val="single" w:sz="4" w:color="B5B5B5"/>
              <w:right w:val="single" w:sz="4" w:color="B5B5B5"/>
            </w:tcBorders>
          </w:tcPr>
          <w:p/>
        </w:tc>
        <w:tc>
          <w:tcPr>
            <w:tcW w:type="dxa" w:w="1892"/>
            <w:tcBorders>
              <w:top w:val="single" w:sz="4" w:color="B5B5B5"/>
              <w:left w:val="single" w:sz="4" w:color="B5B5B5"/>
              <w:bottom w:val="single" w:sz="4" w:color="B5B5B5"/>
              <w:right w:val="single" w:sz="4" w:color="B5B5B5"/>
            </w:tcBorders>
          </w:tcPr>
          <w:p/>
        </w:tc>
        <w:tc>
          <w:tcPr>
            <w:tcW w:type="dxa" w:w="1892"/>
            <w:tcBorders>
              <w:top w:val="single" w:sz="4" w:color="B5B5B5"/>
              <w:left w:val="single" w:sz="4" w:color="B5B5B5"/>
              <w:bottom w:val="single" w:sz="4" w:color="B5B5B5"/>
              <w:right w:val="single" w:sz="4" w:color="B5B5B5"/>
            </w:tcBorders>
          </w:tcPr>
          <w:p/>
        </w:tc>
      </w:tr>
      <w:tr>
        <w:trPr>
          <w:trHeight w:val="400" w:hRule="atLeast"/>
        </w:trPr>
        <w:tc>
          <w:tcPr>
            <w:tcW w:type="dxa" w:w="1051"/>
            <w:tcBorders>
              <w:top w:val="single" w:sz="4" w:color="B5B5B5"/>
              <w:left w:val="single" w:sz="4" w:color="B5B5B5"/>
              <w:bottom w:val="single" w:sz="4" w:color="B5B5B5"/>
              <w:right w:val="single" w:sz="4" w:color="B5B5B5"/>
            </w:tcBorders>
          </w:tcPr>
          <w:p/>
        </w:tc>
        <w:tc>
          <w:tcPr>
            <w:tcW w:type="dxa" w:w="5676"/>
            <w:tcBorders>
              <w:top w:val="single" w:sz="4" w:color="B5B5B5"/>
              <w:left w:val="single" w:sz="4" w:color="B5B5B5"/>
              <w:bottom w:val="single" w:sz="4" w:color="B5B5B5"/>
              <w:right w:val="single" w:sz="4" w:color="B5B5B5"/>
            </w:tcBorders>
          </w:tcPr>
          <w:p/>
        </w:tc>
        <w:tc>
          <w:tcPr>
            <w:tcW w:type="dxa" w:w="1892"/>
            <w:tcBorders>
              <w:top w:val="single" w:sz="4" w:color="B5B5B5"/>
              <w:left w:val="single" w:sz="4" w:color="B5B5B5"/>
              <w:bottom w:val="single" w:sz="4" w:color="B5B5B5"/>
              <w:right w:val="single" w:sz="4" w:color="B5B5B5"/>
            </w:tcBorders>
          </w:tcPr>
          <w:p/>
        </w:tc>
        <w:tc>
          <w:tcPr>
            <w:tcW w:type="dxa" w:w="1892"/>
            <w:tcBorders>
              <w:top w:val="single" w:sz="4" w:color="B5B5B5"/>
              <w:left w:val="single" w:sz="4" w:color="B5B5B5"/>
              <w:bottom w:val="single" w:sz="4" w:color="B5B5B5"/>
              <w:right w:val="single" w:sz="4" w:color="B5B5B5"/>
            </w:tcBorders>
          </w:tcPr>
          <w:p/>
        </w:tc>
      </w:tr>
      <w:tr>
        <w:trPr>
          <w:trHeight w:val="400" w:hRule="atLeast"/>
        </w:trPr>
        <w:tc>
          <w:tcPr>
            <w:tcW w:type="dxa" w:w="1051"/>
            <w:tcBorders>
              <w:top w:val="single" w:sz="4" w:color="B5B5B5"/>
              <w:left w:val="single" w:sz="4" w:color="B5B5B5"/>
              <w:bottom w:val="single" w:sz="4" w:color="B5B5B5"/>
              <w:right w:val="single" w:sz="4" w:color="B5B5B5"/>
            </w:tcBorders>
          </w:tcPr>
          <w:p/>
        </w:tc>
        <w:tc>
          <w:tcPr>
            <w:tcW w:type="dxa" w:w="5676"/>
            <w:tcBorders>
              <w:top w:val="single" w:sz="4" w:color="B5B5B5"/>
              <w:left w:val="single" w:sz="4" w:color="B5B5B5"/>
              <w:bottom w:val="single" w:sz="4" w:color="B5B5B5"/>
              <w:right w:val="single" w:sz="4" w:color="B5B5B5"/>
            </w:tcBorders>
          </w:tcPr>
          <w:p/>
        </w:tc>
        <w:tc>
          <w:tcPr>
            <w:tcW w:type="dxa" w:w="1892"/>
            <w:tcBorders>
              <w:top w:val="single" w:sz="4" w:color="B5B5B5"/>
              <w:left w:val="single" w:sz="4" w:color="B5B5B5"/>
              <w:bottom w:val="single" w:sz="4" w:color="B5B5B5"/>
              <w:right w:val="single" w:sz="4" w:color="B5B5B5"/>
            </w:tcBorders>
          </w:tcPr>
          <w:p/>
        </w:tc>
        <w:tc>
          <w:tcPr>
            <w:tcW w:type="dxa" w:w="1892"/>
            <w:tcBorders>
              <w:top w:val="single" w:sz="4" w:color="B5B5B5"/>
              <w:left w:val="single" w:sz="4" w:color="B5B5B5"/>
              <w:bottom w:val="single" w:sz="4" w:color="B5B5B5"/>
              <w:right w:val="single" w:sz="4" w:color="B5B5B5"/>
            </w:tcBorders>
          </w:tcPr>
          <w:p/>
        </w:tc>
      </w:tr>
      <w:tr>
        <w:trPr>
          <w:trHeight w:val="400" w:hRule="atLeast"/>
        </w:trPr>
        <w:tc>
          <w:tcPr>
            <w:tcW w:type="dxa" w:w="1051"/>
            <w:tcBorders>
              <w:top w:val="single" w:sz="4" w:color="B5B5B5"/>
              <w:left w:val="single" w:sz="4" w:color="B5B5B5"/>
              <w:bottom w:val="single" w:sz="4" w:color="B5B5B5"/>
              <w:right w:val="single" w:sz="4" w:color="B5B5B5"/>
            </w:tcBorders>
          </w:tcPr>
          <w:p/>
        </w:tc>
        <w:tc>
          <w:tcPr>
            <w:tcW w:type="dxa" w:w="5676"/>
            <w:tcBorders>
              <w:top w:val="single" w:sz="4" w:color="B5B5B5"/>
              <w:left w:val="single" w:sz="4" w:color="B5B5B5"/>
              <w:bottom w:val="single" w:sz="4" w:color="B5B5B5"/>
              <w:right w:val="single" w:sz="4" w:color="B5B5B5"/>
            </w:tcBorders>
          </w:tcPr>
          <w:p/>
        </w:tc>
        <w:tc>
          <w:tcPr>
            <w:tcW w:type="dxa" w:w="1892"/>
            <w:tcBorders>
              <w:top w:val="single" w:sz="4" w:color="B5B5B5"/>
              <w:left w:val="single" w:sz="4" w:color="B5B5B5"/>
              <w:bottom w:val="single" w:sz="4" w:color="B5B5B5"/>
              <w:right w:val="single" w:sz="4" w:color="B5B5B5"/>
            </w:tcBorders>
          </w:tcPr>
          <w:p/>
        </w:tc>
        <w:tc>
          <w:tcPr>
            <w:tcW w:type="dxa" w:w="1892"/>
            <w:tcBorders>
              <w:top w:val="single" w:sz="4" w:color="B5B5B5"/>
              <w:left w:val="single" w:sz="4" w:color="B5B5B5"/>
              <w:bottom w:val="single" w:sz="4" w:color="B5B5B5"/>
              <w:right w:val="single" w:sz="4" w:color="B5B5B5"/>
            </w:tcBorders>
          </w:tcPr>
          <w:p/>
        </w:tc>
      </w:tr>
      <w:tr>
        <w:trPr>
          <w:trHeight w:val="400" w:hRule="atLeast"/>
        </w:trPr>
        <w:tc>
          <w:tcPr>
            <w:tcW w:type="dxa" w:w="1051"/>
            <w:tcBorders>
              <w:top w:val="single" w:sz="4" w:color="B5B5B5"/>
              <w:left w:val="single" w:sz="4" w:color="B5B5B5"/>
              <w:bottom w:val="single" w:sz="4" w:color="B5B5B5"/>
              <w:right w:val="single" w:sz="4" w:color="B5B5B5"/>
            </w:tcBorders>
          </w:tcPr>
          <w:p/>
        </w:tc>
        <w:tc>
          <w:tcPr>
            <w:tcW w:type="dxa" w:w="5676"/>
            <w:tcBorders>
              <w:top w:val="single" w:sz="4" w:color="B5B5B5"/>
              <w:left w:val="single" w:sz="4" w:color="B5B5B5"/>
              <w:bottom w:val="single" w:sz="4" w:color="B5B5B5"/>
              <w:right w:val="single" w:sz="4" w:color="B5B5B5"/>
            </w:tcBorders>
          </w:tcPr>
          <w:p/>
        </w:tc>
        <w:tc>
          <w:tcPr>
            <w:tcW w:type="dxa" w:w="1892"/>
            <w:tcBorders>
              <w:top w:val="single" w:sz="4" w:color="B5B5B5"/>
              <w:left w:val="single" w:sz="4" w:color="B5B5B5"/>
              <w:bottom w:val="single" w:sz="4" w:color="B5B5B5"/>
              <w:right w:val="single" w:sz="4" w:color="B5B5B5"/>
            </w:tcBorders>
          </w:tcPr>
          <w:p/>
        </w:tc>
        <w:tc>
          <w:tcPr>
            <w:tcW w:type="dxa" w:w="1892"/>
            <w:tcBorders>
              <w:top w:val="single" w:sz="4" w:color="B5B5B5"/>
              <w:left w:val="single" w:sz="4" w:color="B5B5B5"/>
              <w:bottom w:val="single" w:sz="4" w:color="B5B5B5"/>
              <w:right w:val="single" w:sz="4" w:color="B5B5B5"/>
            </w:tcBorders>
          </w:tcPr>
          <w:p/>
        </w:tc>
      </w:tr>
      <w:tr>
        <w:trPr>
          <w:trHeight w:val="400" w:hRule="atLeast"/>
        </w:trPr>
        <w:tc>
          <w:tcPr>
            <w:tcW w:type="dxa" w:w="1051"/>
            <w:tcBorders>
              <w:top w:val="single" w:sz="4" w:color="B5B5B5"/>
              <w:left w:val="single" w:sz="4" w:color="B5B5B5"/>
              <w:bottom w:val="single" w:sz="4" w:color="B5B5B5"/>
              <w:right w:val="single" w:sz="4" w:color="B5B5B5"/>
            </w:tcBorders>
          </w:tcPr>
          <w:p/>
        </w:tc>
        <w:tc>
          <w:tcPr>
            <w:tcW w:type="dxa" w:w="5676"/>
            <w:tcBorders>
              <w:top w:val="single" w:sz="4" w:color="B5B5B5"/>
              <w:left w:val="single" w:sz="4" w:color="B5B5B5"/>
              <w:bottom w:val="single" w:sz="4" w:color="B5B5B5"/>
              <w:right w:val="single" w:sz="4" w:color="B5B5B5"/>
            </w:tcBorders>
          </w:tcPr>
          <w:p/>
        </w:tc>
        <w:tc>
          <w:tcPr>
            <w:tcW w:type="dxa" w:w="1892"/>
            <w:tcBorders>
              <w:top w:val="single" w:sz="4" w:color="B5B5B5"/>
              <w:left w:val="single" w:sz="4" w:color="B5B5B5"/>
              <w:bottom w:val="single" w:sz="4" w:color="B5B5B5"/>
              <w:right w:val="single" w:sz="4" w:color="B5B5B5"/>
            </w:tcBorders>
          </w:tcPr>
          <w:p/>
        </w:tc>
        <w:tc>
          <w:tcPr>
            <w:tcW w:type="dxa" w:w="1892"/>
            <w:tcBorders>
              <w:top w:val="single" w:sz="4" w:color="B5B5B5"/>
              <w:left w:val="single" w:sz="4" w:color="B5B5B5"/>
              <w:bottom w:val="single" w:sz="4" w:color="B5B5B5"/>
              <w:right w:val="single" w:sz="4" w:color="B5B5B5"/>
            </w:tcBorders>
          </w:tcPr>
          <w:p/>
        </w:tc>
      </w:tr>
      <w:tr>
        <w:trPr>
          <w:trHeight w:val="400" w:hRule="atLeast"/>
        </w:trPr>
        <w:tc>
          <w:tcPr>
            <w:tcW w:type="dxa" w:w="1051"/>
            <w:tcBorders>
              <w:top w:val="single" w:sz="4" w:color="B5B5B5"/>
              <w:left w:val="single" w:sz="4" w:color="B5B5B5"/>
              <w:bottom w:val="single" w:sz="4" w:color="B5B5B5"/>
              <w:right w:val="single" w:sz="4" w:color="B5B5B5"/>
            </w:tcBorders>
          </w:tcPr>
          <w:p/>
        </w:tc>
        <w:tc>
          <w:tcPr>
            <w:tcW w:type="dxa" w:w="5676"/>
            <w:tcBorders>
              <w:top w:val="single" w:sz="4" w:color="B5B5B5"/>
              <w:left w:val="single" w:sz="4" w:color="B5B5B5"/>
              <w:bottom w:val="single" w:sz="4" w:color="B5B5B5"/>
              <w:right w:val="single" w:sz="4" w:color="B5B5B5"/>
            </w:tcBorders>
          </w:tcPr>
          <w:p/>
        </w:tc>
        <w:tc>
          <w:tcPr>
            <w:tcW w:type="dxa" w:w="1892"/>
            <w:tcBorders>
              <w:top w:val="single" w:sz="4" w:color="B5B5B5"/>
              <w:left w:val="single" w:sz="4" w:color="B5B5B5"/>
              <w:bottom w:val="single" w:sz="4" w:color="B5B5B5"/>
              <w:right w:val="single" w:sz="4" w:color="B5B5B5"/>
            </w:tcBorders>
          </w:tcPr>
          <w:p/>
        </w:tc>
        <w:tc>
          <w:tcPr>
            <w:tcW w:type="dxa" w:w="1892"/>
            <w:tcBorders>
              <w:top w:val="single" w:sz="4" w:color="B5B5B5"/>
              <w:left w:val="single" w:sz="4" w:color="B5B5B5"/>
              <w:bottom w:val="single" w:sz="4" w:color="B5B5B5"/>
              <w:right w:val="single" w:sz="4" w:color="B5B5B5"/>
            </w:tcBorders>
          </w:tcPr>
          <w:p/>
        </w:tc>
      </w:tr>
      <w:tr>
        <w:trPr>
          <w:trHeight w:val="400" w:hRule="atLeast"/>
        </w:trPr>
        <w:tc>
          <w:tcPr>
            <w:tcW w:type="dxa" w:w="1051"/>
            <w:tcBorders>
              <w:top w:val="single" w:sz="4" w:color="B5B5B5"/>
              <w:left w:val="single" w:sz="4" w:color="B5B5B5"/>
              <w:bottom w:val="single" w:sz="4" w:color="B5B5B5"/>
              <w:right w:val="single" w:sz="4" w:color="B5B5B5"/>
            </w:tcBorders>
          </w:tcPr>
          <w:p/>
        </w:tc>
        <w:tc>
          <w:tcPr>
            <w:tcW w:type="dxa" w:w="5676"/>
            <w:tcBorders>
              <w:top w:val="single" w:sz="4" w:color="B5B5B5"/>
              <w:left w:val="single" w:sz="4" w:color="B5B5B5"/>
              <w:bottom w:val="single" w:sz="4" w:color="B5B5B5"/>
              <w:right w:val="single" w:sz="4" w:color="B5B5B5"/>
            </w:tcBorders>
          </w:tcPr>
          <w:p/>
        </w:tc>
        <w:tc>
          <w:tcPr>
            <w:tcW w:type="dxa" w:w="1892"/>
            <w:tcBorders>
              <w:top w:val="single" w:sz="4" w:color="B5B5B5"/>
              <w:left w:val="single" w:sz="4" w:color="B5B5B5"/>
              <w:bottom w:val="single" w:sz="4" w:color="B5B5B5"/>
              <w:right w:val="single" w:sz="4" w:color="B5B5B5"/>
            </w:tcBorders>
          </w:tcPr>
          <w:p/>
        </w:tc>
        <w:tc>
          <w:tcPr>
            <w:tcW w:type="dxa" w:w="1892"/>
            <w:tcBorders>
              <w:top w:val="single" w:sz="4" w:color="B5B5B5"/>
              <w:left w:val="single" w:sz="4" w:color="B5B5B5"/>
              <w:bottom w:val="single" w:sz="4" w:color="B5B5B5"/>
              <w:right w:val="single" w:sz="4" w:color="B5B5B5"/>
            </w:tcBorders>
          </w:tcPr>
          <w:p/>
        </w:tc>
      </w:tr>
      <w:tr>
        <w:trPr>
          <w:trHeight w:val="400" w:hRule="atLeast"/>
        </w:trPr>
        <w:tc>
          <w:tcPr>
            <w:tcW w:type="dxa" w:w="1051"/>
            <w:tcBorders>
              <w:top w:val="single" w:sz="4" w:color="B5B5B5"/>
              <w:left w:val="single" w:sz="4" w:color="B5B5B5"/>
              <w:bottom w:val="single" w:sz="4" w:color="B5B5B5"/>
              <w:right w:val="single" w:sz="4" w:color="B5B5B5"/>
            </w:tcBorders>
          </w:tcPr>
          <w:p/>
        </w:tc>
        <w:tc>
          <w:tcPr>
            <w:tcW w:type="dxa" w:w="5676"/>
            <w:tcBorders>
              <w:top w:val="single" w:sz="4" w:color="B5B5B5"/>
              <w:left w:val="single" w:sz="4" w:color="B5B5B5"/>
              <w:bottom w:val="single" w:sz="4" w:color="B5B5B5"/>
              <w:right w:val="single" w:sz="4" w:color="B5B5B5"/>
            </w:tcBorders>
          </w:tcPr>
          <w:p/>
        </w:tc>
        <w:tc>
          <w:tcPr>
            <w:tcW w:type="dxa" w:w="1892"/>
            <w:tcBorders>
              <w:top w:val="single" w:sz="4" w:color="B5B5B5"/>
              <w:left w:val="single" w:sz="4" w:color="B5B5B5"/>
              <w:bottom w:val="single" w:sz="4" w:color="B5B5B5"/>
              <w:right w:val="single" w:sz="4" w:color="B5B5B5"/>
            </w:tcBorders>
          </w:tcPr>
          <w:p/>
        </w:tc>
        <w:tc>
          <w:tcPr>
            <w:tcW w:type="dxa" w:w="1892"/>
            <w:tcBorders>
              <w:top w:val="single" w:sz="4" w:color="B5B5B5"/>
              <w:left w:val="single" w:sz="4" w:color="B5B5B5"/>
              <w:bottom w:val="single" w:sz="4" w:color="B5B5B5"/>
              <w:right w:val="single" w:sz="4" w:color="B5B5B5"/>
            </w:tcBorders>
          </w:tcPr>
          <w:p/>
        </w:tc>
      </w:tr>
      <w:tr>
        <w:trPr>
          <w:trHeight w:val="400" w:hRule="atLeast"/>
        </w:trPr>
        <w:tc>
          <w:tcPr>
            <w:tcW w:type="dxa" w:w="1051"/>
            <w:tcBorders>
              <w:top w:val="single" w:sz="4" w:color="B5B5B5"/>
              <w:left w:val="single" w:sz="4" w:color="B5B5B5"/>
              <w:bottom w:val="single" w:sz="4" w:color="B5B5B5"/>
              <w:right w:val="single" w:sz="4" w:color="B5B5B5"/>
            </w:tcBorders>
          </w:tcPr>
          <w:p/>
        </w:tc>
        <w:tc>
          <w:tcPr>
            <w:tcW w:type="dxa" w:w="5676"/>
            <w:tcBorders>
              <w:top w:val="single" w:sz="4" w:color="B5B5B5"/>
              <w:left w:val="single" w:sz="4" w:color="B5B5B5"/>
              <w:bottom w:val="single" w:sz="4" w:color="B5B5B5"/>
              <w:right w:val="single" w:sz="4" w:color="B5B5B5"/>
            </w:tcBorders>
          </w:tcPr>
          <w:p/>
        </w:tc>
        <w:tc>
          <w:tcPr>
            <w:tcW w:type="dxa" w:w="1892"/>
            <w:tcBorders>
              <w:top w:val="single" w:sz="4" w:color="B5B5B5"/>
              <w:left w:val="single" w:sz="4" w:color="B5B5B5"/>
              <w:bottom w:val="single" w:sz="4" w:color="B5B5B5"/>
              <w:right w:val="single" w:sz="4" w:color="B5B5B5"/>
            </w:tcBorders>
          </w:tcPr>
          <w:p/>
        </w:tc>
        <w:tc>
          <w:tcPr>
            <w:tcW w:type="dxa" w:w="1892"/>
            <w:tcBorders>
              <w:top w:val="single" w:sz="4" w:color="B5B5B5"/>
              <w:left w:val="single" w:sz="4" w:color="B5B5B5"/>
              <w:bottom w:val="single" w:sz="4" w:color="B5B5B5"/>
              <w:right w:val="single" w:sz="4" w:color="B5B5B5"/>
            </w:tcBorders>
          </w:tcPr>
          <w:p/>
        </w:tc>
      </w:tr>
      <w:tr>
        <w:trPr>
          <w:trHeight w:val="400" w:hRule="atLeast"/>
        </w:trPr>
        <w:tc>
          <w:tcPr>
            <w:tcW w:type="dxa" w:w="1051"/>
            <w:tcBorders>
              <w:top w:val="single" w:sz="4" w:color="B5B5B5"/>
              <w:left w:val="single" w:sz="4" w:color="B5B5B5"/>
              <w:bottom w:val="single" w:sz="4" w:color="B5B5B5"/>
              <w:right w:val="single" w:sz="4" w:color="B5B5B5"/>
            </w:tcBorders>
          </w:tcPr>
          <w:p/>
        </w:tc>
        <w:tc>
          <w:tcPr>
            <w:tcW w:type="dxa" w:w="5676"/>
            <w:tcBorders>
              <w:top w:val="single" w:sz="4" w:color="B5B5B5"/>
              <w:left w:val="single" w:sz="4" w:color="B5B5B5"/>
              <w:bottom w:val="single" w:sz="4" w:color="B5B5B5"/>
              <w:right w:val="single" w:sz="4" w:color="B5B5B5"/>
            </w:tcBorders>
          </w:tcPr>
          <w:p/>
        </w:tc>
        <w:tc>
          <w:tcPr>
            <w:tcW w:type="dxa" w:w="1892"/>
            <w:tcBorders>
              <w:top w:val="single" w:sz="4" w:color="B5B5B5"/>
              <w:left w:val="single" w:sz="4" w:color="B5B5B5"/>
              <w:bottom w:val="single" w:sz="4" w:color="B5B5B5"/>
              <w:right w:val="single" w:sz="4" w:color="B5B5B5"/>
            </w:tcBorders>
          </w:tcPr>
          <w:p/>
        </w:tc>
        <w:tc>
          <w:tcPr>
            <w:tcW w:type="dxa" w:w="1892"/>
            <w:tcBorders>
              <w:top w:val="single" w:sz="4" w:color="B5B5B5"/>
              <w:left w:val="single" w:sz="4" w:color="B5B5B5"/>
              <w:bottom w:val="single" w:sz="4" w:color="B5B5B5"/>
              <w:right w:val="single" w:sz="4" w:color="B5B5B5"/>
            </w:tcBorders>
          </w:tcPr>
          <w:p/>
        </w:tc>
      </w:tr>
    </w:tbl>
    <w:p>
      <w:pPr>
        <w:spacing w:after="0" w:before="0"/>
        <w:jc w:val="left"/>
      </w:pPr>
    </w:p>
    <w:tbl>
      <w:tblPr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rPr>
          <w:trHeight w:val="440" w:hRule="atLeast"/>
        </w:trPr>
        <w:tc>
          <w:tcPr>
            <w:tcW w:type="dxa" w:w="2628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single" w:sz="4" w:color="B5B5B5"/>
              <w:left w:val="single" w:sz="4" w:color="B5B5B5"/>
              <w:bottom w:val="single" w:sz="4" w:color="B5B5B5"/>
              <w:right w:val="single" w:sz="4" w:color="B5B5B5"/>
            </w:tcBorders>
          </w:tcPr>
          <w:p>
            <w:pPr>
              <w:spacing w:after="0"/>
              <w:jc w:val="right"/>
            </w:pPr>
            <w:r>
              <w:rPr>
                <w:b w:val="0"/>
                <w:i w:val="0"/>
                <w:color w:val="444444"/>
                <w:sz w:val="17"/>
              </w:rPr>
              <w:t>Subtotal</w:t>
            </w:r>
          </w:p>
        </w:tc>
        <w:tc>
          <w:tcPr>
            <w:tcW w:type="dxa" w:w="2208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single" w:sz="4" w:color="B5B5B5"/>
              <w:left w:val="single" w:sz="4" w:color="B5B5B5"/>
              <w:bottom w:val="single" w:sz="4" w:color="B5B5B5"/>
              <w:right w:val="single" w:sz="4" w:color="B5B5B5"/>
            </w:tcBorders>
          </w:tcPr>
          <w:p/>
        </w:tc>
      </w:tr>
      <w:tr>
        <w:trPr>
          <w:trHeight w:val="440" w:hRule="atLeast"/>
        </w:trPr>
        <w:tc>
          <w:tcPr>
            <w:tcW w:type="dxa" w:w="2628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single" w:sz="4" w:color="B5B5B5"/>
              <w:left w:val="single" w:sz="4" w:color="B5B5B5"/>
              <w:bottom w:val="single" w:sz="4" w:color="B5B5B5"/>
              <w:right w:val="single" w:sz="4" w:color="B5B5B5"/>
            </w:tcBorders>
          </w:tcPr>
          <w:p>
            <w:pPr>
              <w:spacing w:after="0"/>
              <w:jc w:val="right"/>
            </w:pPr>
            <w:r>
              <w:rPr>
                <w:b w:val="0"/>
                <w:i w:val="0"/>
                <w:color w:val="444444"/>
                <w:sz w:val="17"/>
              </w:rPr>
              <w:t>Tax</w:t>
            </w:r>
          </w:p>
        </w:tc>
        <w:tc>
          <w:tcPr>
            <w:tcW w:type="dxa" w:w="2208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single" w:sz="4" w:color="B5B5B5"/>
              <w:left w:val="single" w:sz="4" w:color="B5B5B5"/>
              <w:bottom w:val="single" w:sz="4" w:color="B5B5B5"/>
              <w:right w:val="single" w:sz="4" w:color="B5B5B5"/>
            </w:tcBorders>
          </w:tcPr>
          <w:p/>
        </w:tc>
      </w:tr>
      <w:tr>
        <w:trPr>
          <w:trHeight w:val="440" w:hRule="atLeast"/>
        </w:trPr>
        <w:tc>
          <w:tcPr>
            <w:tcW w:type="dxa" w:w="2628"/>
            <w:tcMar>
              <w:top w:w="60" w:type="dxa"/>
              <w:left w:w="90" w:type="dxa"/>
              <w:bottom w:w="60" w:type="dxa"/>
              <w:right w:w="90" w:type="dxa"/>
            </w:tcMar>
            <w:shd w:val="clear" w:color="auto" w:fill="1F2937"/>
            <w:tcBorders>
              <w:top w:val="single" w:sz="4" w:color="1F2937"/>
              <w:left w:val="single" w:sz="4" w:color="1F2937"/>
              <w:bottom w:val="single" w:sz="4" w:color="1F2937"/>
              <w:right w:val="single" w:sz="4" w:color="1F2937"/>
            </w:tcBorders>
          </w:tcPr>
          <w:p>
            <w:pPr>
              <w:spacing w:after="0"/>
              <w:jc w:val="right"/>
            </w:pPr>
            <w:r>
              <w:rPr>
                <w:b/>
                <w:i w:val="0"/>
                <w:color w:val="FFFFFF"/>
                <w:sz w:val="19"/>
              </w:rPr>
              <w:t>Total</w:t>
            </w:r>
          </w:p>
        </w:tc>
        <w:tc>
          <w:tcPr>
            <w:tcW w:type="dxa" w:w="2208"/>
            <w:tcMar>
              <w:top w:w="60" w:type="dxa"/>
              <w:left w:w="90" w:type="dxa"/>
              <w:bottom w:w="60" w:type="dxa"/>
              <w:right w:w="90" w:type="dxa"/>
            </w:tcMar>
            <w:shd w:val="clear" w:color="auto" w:fill="1F2937"/>
            <w:tcBorders>
              <w:top w:val="single" w:sz="4" w:color="1F2937"/>
              <w:left w:val="single" w:sz="4" w:color="1F2937"/>
              <w:bottom w:val="single" w:sz="4" w:color="1F2937"/>
              <w:right w:val="single" w:sz="4" w:color="1F2937"/>
            </w:tcBorders>
          </w:tcPr>
          <w:p/>
        </w:tc>
      </w:tr>
    </w:tbl>
    <w:p>
      <w:pPr>
        <w:spacing w:after="0" w:before="280"/>
        <w:jc w:val="left"/>
      </w:pPr>
      <w:r>
        <w:rPr>
          <w:b/>
          <w:i w:val="0"/>
          <w:color w:val="1F2937"/>
          <w:sz w:val="16"/>
        </w:rPr>
        <w:t>NOTES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512"/>
      </w:tblGrid>
      <w:tr>
        <w:tc>
          <w:tcPr>
            <w:tcW w:type="dxa" w:w="10512"/>
          </w:tcPr>
          <w:p>
            <w:pPr>
              <w:spacing w:before="200"/>
              <w:pBdr>
                <w:bottom w:val="single" w:sz="4" w:space="1" w:color="8A8A8A"/>
              </w:pBdr>
            </w:pPr>
            <w:r>
              <w:rPr>
                <w:sz w:val="18"/>
              </w:rPr>
              <w:t xml:space="preserve"> </w:t>
            </w:r>
          </w:p>
          <w:p>
            <w:pPr>
              <w:spacing w:before="200"/>
              <w:pBdr>
                <w:bottom w:val="single" w:sz="4" w:space="1" w:color="8A8A8A"/>
              </w:pBdr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spacing w:after="0" w:before="0"/>
        <w:jc w:val="left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504"/>
        <w:gridCol w:w="3504"/>
        <w:gridCol w:w="3504"/>
      </w:tblGrid>
      <w:tr>
        <w:tc>
          <w:tcPr>
            <w:tcW w:type="dxa" w:w="4730"/>
            <w:tcBorders>
              <w:top w:val="single" w:sz="4" w:color="8A8A8A"/>
              <w:left w:val="nil"/>
              <w:bottom w:val="nil"/>
              <w:right w:val="nil"/>
            </w:tcBorders>
            <w:tcMar>
              <w:top w:w="60" w:type="dxa"/>
              <w:left w:w="0" w:type="dxa"/>
              <w:bottom w:w="0" w:type="dxa"/>
              <w:right w:w="0" w:type="dxa"/>
            </w:tcMar>
          </w:tcPr>
          <w:p>
            <w:pPr>
              <w:spacing w:after="0"/>
              <w:jc w:val="left"/>
            </w:pPr>
            <w:r>
              <w:rPr>
                <w:b w:val="0"/>
                <w:i w:val="0"/>
                <w:color w:val="555555"/>
                <w:sz w:val="16"/>
              </w:rPr>
              <w:t>Received by</w:t>
            </w:r>
          </w:p>
        </w:tc>
        <w:tc>
          <w:tcPr>
            <w:tcW w:type="dxa" w:w="1051"/>
          </w:tcPr>
          <w:p/>
        </w:tc>
        <w:tc>
          <w:tcPr>
            <w:tcW w:type="dxa" w:w="4730"/>
            <w:tcBorders>
              <w:top w:val="single" w:sz="4" w:color="8A8A8A"/>
              <w:left w:val="nil"/>
              <w:bottom w:val="nil"/>
              <w:right w:val="nil"/>
            </w:tcBorders>
            <w:tcMar>
              <w:top w:w="60" w:type="dxa"/>
              <w:left w:w="0" w:type="dxa"/>
              <w:bottom w:w="0" w:type="dxa"/>
              <w:right w:w="0" w:type="dxa"/>
            </w:tcMar>
          </w:tcPr>
          <w:p>
            <w:pPr>
              <w:spacing w:after="0"/>
              <w:jc w:val="left"/>
            </w:pPr>
            <w:r>
              <w:rPr>
                <w:b w:val="0"/>
                <w:i w:val="0"/>
                <w:color w:val="555555"/>
                <w:sz w:val="16"/>
              </w:rPr>
              <w:t>Date</w:t>
            </w:r>
          </w:p>
        </w:tc>
      </w:tr>
    </w:tbl>
    <w:p>
      <w:pPr>
        <w:spacing w:after="0" w:before="360"/>
        <w:jc w:val="center"/>
      </w:pPr>
      <w:r>
        <w:rPr>
          <w:b w:val="0"/>
          <w:i/>
          <w:color w:val="777777"/>
          <w:sz w:val="16"/>
        </w:rPr>
        <w:t>Thank you for your business.</w:t>
      </w:r>
    </w:p>
    <w:sectPr w:rsidR="00FC693F" w:rsidRPr="0006063C" w:rsidSect="00034616">
      <w:pgSz w:w="12240" w:h="15840"/>
      <w:pgMar w:top="792" w:right="864" w:bottom="792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