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6307"/>
            <w:shd w:val="clear" w:color="auto" w:fill="C2410C"/>
            <w:tcMar>
              <w:top w:w="180" w:type="dxa"/>
              <w:left w:w="220" w:type="dxa"/>
              <w:bottom w:w="180" w:type="dxa"/>
              <w:right w:w="220" w:type="dxa"/>
            </w:tcMar>
          </w:tcPr>
          <w:p>
            <w:pPr>
              <w:spacing w:after="0"/>
              <w:jc w:val="left"/>
            </w:pPr>
            <w:r>
              <w:rPr>
                <w:b/>
                <w:i w:val="0"/>
                <w:color w:val="FFFFFF"/>
                <w:sz w:val="32"/>
              </w:rPr>
              <w:t>Your Company Name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E8EEFC"/>
                <w:sz w:val="18"/>
              </w:rPr>
              <w:t>Your tagline or trade</w:t>
            </w:r>
          </w:p>
        </w:tc>
        <w:tc>
          <w:tcPr>
            <w:tcW w:type="dxa" w:w="4205"/>
            <w:shd w:val="clear" w:color="auto" w:fill="C2410C"/>
            <w:tcMar>
              <w:top w:w="180" w:type="dxa"/>
              <w:left w:w="220" w:type="dxa"/>
              <w:bottom w:w="180" w:type="dxa"/>
              <w:right w:w="220" w:type="dxa"/>
            </w:tcMar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FFFFFF"/>
                <w:sz w:val="52"/>
              </w:rPr>
              <w:t>INVOICE</w:t>
            </w:r>
          </w:p>
        </w:tc>
      </w:tr>
    </w:tbl>
    <w:p>
      <w:pPr>
        <w:spacing w:after="0" w:before="120"/>
        <w:jc w:val="left"/>
      </w:pPr>
      <w:r>
        <w:rPr>
          <w:b w:val="0"/>
          <w:i w:val="0"/>
          <w:color w:val="6B7280"/>
          <w:sz w:val="18"/>
        </w:rPr>
        <w:t>123 Your Street, Suite 100, City, State 00000   ·   (000) 000-0000   ·   you@yourcompany.com   ·   www.yourcompany.com</w:t>
      </w:r>
    </w:p>
    <w:p>
      <w:pPr>
        <w:spacing w:after="0" w:before="0"/>
        <w:jc w:val="left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995"/>
          </w:tcPr>
          <w:p>
            <w:pPr>
              <w:spacing w:after="0"/>
              <w:jc w:val="left"/>
            </w:pPr>
            <w:r>
              <w:rPr>
                <w:b/>
                <w:i w:val="0"/>
                <w:color w:val="C2410C"/>
                <w:sz w:val="16"/>
              </w:rPr>
              <w:t>BILL TO</w:t>
            </w:r>
          </w:p>
          <w:p>
            <w:pPr>
              <w:spacing w:after="0"/>
              <w:jc w:val="left"/>
            </w:pPr>
            <w:r>
              <w:rPr>
                <w:b/>
                <w:i w:val="0"/>
                <w:sz w:val="20"/>
              </w:rPr>
              <w:t>Client Name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444444"/>
                <w:sz w:val="18"/>
              </w:rPr>
              <w:t>Client Company Ltd.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444444"/>
                <w:sz w:val="18"/>
              </w:rPr>
              <w:t>456 Client Avenue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444444"/>
                <w:sz w:val="18"/>
              </w:rPr>
              <w:t>City, State 00000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444444"/>
                <w:sz w:val="18"/>
              </w:rPr>
              <w:t>client@example.com</w:t>
            </w:r>
          </w:p>
        </w:tc>
        <w:tc>
          <w:tcPr>
            <w:tcW w:type="dxa" w:w="3154"/>
          </w:tcPr>
          <w:p>
            <w:pPr>
              <w:spacing w:after="0"/>
              <w:jc w:val="left"/>
            </w:pPr>
            <w:r>
              <w:rPr>
                <w:b/>
                <w:i w:val="0"/>
                <w:color w:val="C2410C"/>
                <w:sz w:val="16"/>
              </w:rPr>
              <w:t>JOB SITE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444444"/>
                <w:sz w:val="18"/>
              </w:rPr>
              <w:t>789 Project Road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444444"/>
                <w:sz w:val="18"/>
              </w:rPr>
              <w:t>City, State 00000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444444"/>
                <w:sz w:val="18"/>
              </w:rPr>
              <w:t>Permit #: 2026-0117</w:t>
            </w:r>
          </w:p>
        </w:tc>
        <w:tc>
          <w:tcPr>
            <w:tcW w:type="dxa" w:w="3364"/>
          </w:tcPr>
          <w:p>
            <w:pPr>
              <w:jc w:val="right"/>
            </w:pPr>
            <w:r>
              <w:rPr>
                <w:b/>
                <w:color w:val="6B7280"/>
                <w:sz w:val="18"/>
              </w:rPr>
              <w:t xml:space="preserve">Invoice #   </w:t>
            </w:r>
            <w:r>
              <w:rPr>
                <w:sz w:val="18"/>
              </w:rPr>
              <w:t>INV-0001</w:t>
            </w:r>
          </w:p>
          <w:p>
            <w:pPr>
              <w:jc w:val="right"/>
            </w:pPr>
            <w:r>
              <w:rPr>
                <w:b/>
                <w:color w:val="6B7280"/>
                <w:sz w:val="18"/>
              </w:rPr>
              <w:t xml:space="preserve">Invoice date   </w:t>
            </w:r>
            <w:r>
              <w:rPr>
                <w:sz w:val="18"/>
              </w:rPr>
              <w:t>January 1, 2026</w:t>
            </w:r>
          </w:p>
          <w:p>
            <w:pPr>
              <w:jc w:val="right"/>
            </w:pPr>
            <w:r>
              <w:rPr>
                <w:b/>
                <w:color w:val="6B7280"/>
                <w:sz w:val="18"/>
              </w:rPr>
              <w:t xml:space="preserve">Due date   </w:t>
            </w:r>
            <w:r>
              <w:rPr>
                <w:sz w:val="18"/>
              </w:rPr>
              <w:t>January 31, 2026</w:t>
            </w:r>
          </w:p>
        </w:tc>
      </w:tr>
    </w:tbl>
    <w:p>
      <w:pPr>
        <w:spacing w:after="0" w:before="0"/>
        <w:jc w:val="left"/>
      </w:pPr>
    </w:p>
    <w:p>
      <w:pPr>
        <w:spacing w:after="40" w:before="120"/>
        <w:jc w:val="left"/>
      </w:pPr>
      <w:r>
        <w:rPr>
          <w:b/>
          <w:i w:val="0"/>
          <w:color w:val="C2410C"/>
          <w:sz w:val="20"/>
        </w:rPr>
        <w:t>Labour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5466"/>
            <w:tcMar>
              <w:top w:w="70" w:type="dxa"/>
              <w:left w:w="90" w:type="dxa"/>
              <w:bottom w:w="70" w:type="dxa"/>
              <w:right w:w="90" w:type="dxa"/>
            </w:tcMar>
            <w:shd w:val="clear" w:color="auto" w:fill="C2410C"/>
          </w:tcPr>
          <w:p>
            <w:pPr>
              <w:spacing w:after="0"/>
              <w:jc w:val="left"/>
            </w:pPr>
            <w:r>
              <w:rPr>
                <w:b/>
                <w:i w:val="0"/>
                <w:color w:val="FFFFFF"/>
                <w:sz w:val="16"/>
              </w:rPr>
              <w:t>DESCRIPTION</w:t>
            </w:r>
          </w:p>
        </w:tc>
        <w:tc>
          <w:tcPr>
            <w:tcW w:type="dxa" w:w="1261"/>
            <w:tcMar>
              <w:top w:w="70" w:type="dxa"/>
              <w:left w:w="90" w:type="dxa"/>
              <w:bottom w:w="70" w:type="dxa"/>
              <w:right w:w="90" w:type="dxa"/>
            </w:tcMar>
            <w:shd w:val="clear" w:color="auto" w:fill="C2410C"/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FFFFFF"/>
                <w:sz w:val="16"/>
              </w:rPr>
              <w:t>HOURS</w:t>
            </w:r>
          </w:p>
        </w:tc>
        <w:tc>
          <w:tcPr>
            <w:tcW w:type="dxa" w:w="1892"/>
            <w:tcMar>
              <w:top w:w="70" w:type="dxa"/>
              <w:left w:w="90" w:type="dxa"/>
              <w:bottom w:w="70" w:type="dxa"/>
              <w:right w:w="90" w:type="dxa"/>
            </w:tcMar>
            <w:shd w:val="clear" w:color="auto" w:fill="C2410C"/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FFFFFF"/>
                <w:sz w:val="16"/>
              </w:rPr>
              <w:t>RATE</w:t>
            </w:r>
          </w:p>
        </w:tc>
        <w:tc>
          <w:tcPr>
            <w:tcW w:type="dxa" w:w="1892"/>
            <w:tcMar>
              <w:top w:w="70" w:type="dxa"/>
              <w:left w:w="90" w:type="dxa"/>
              <w:bottom w:w="70" w:type="dxa"/>
              <w:right w:w="90" w:type="dxa"/>
            </w:tcMar>
            <w:shd w:val="clear" w:color="auto" w:fill="C2410C"/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FFFFFF"/>
                <w:sz w:val="16"/>
              </w:rPr>
              <w:t>AMOUNT</w:t>
            </w:r>
          </w:p>
        </w:tc>
      </w:tr>
      <w:tr>
        <w:trPr>
          <w:trHeight w:val="360" w:hRule="atLeast"/>
        </w:trPr>
        <w:tc>
          <w:tcPr>
            <w:tcW w:type="dxa" w:w="5466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left"/>
            </w:pPr>
            <w:r>
              <w:rPr>
                <w:b w:val="0"/>
                <w:i w:val="0"/>
                <w:sz w:val="18"/>
              </w:rPr>
              <w:t>Demolition and site prep</w:t>
            </w:r>
          </w:p>
        </w:tc>
        <w:tc>
          <w:tcPr>
            <w:tcW w:type="dxa" w:w="1261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8</w:t>
            </w:r>
          </w:p>
        </w:tc>
        <w:tc>
          <w:tcPr>
            <w:tcW w:type="dxa" w:w="189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$65.00</w:t>
            </w:r>
          </w:p>
        </w:tc>
        <w:tc>
          <w:tcPr>
            <w:tcW w:type="dxa" w:w="189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$520.00</w:t>
            </w:r>
          </w:p>
        </w:tc>
      </w:tr>
      <w:tr>
        <w:trPr>
          <w:trHeight w:val="360" w:hRule="atLeast"/>
        </w:trPr>
        <w:tc>
          <w:tcPr>
            <w:tcW w:type="dxa" w:w="5466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  <w:shd w:val="clear" w:color="auto" w:fill="FFF7ED"/>
          </w:tcPr>
          <w:p>
            <w:pPr>
              <w:spacing w:after="0"/>
              <w:jc w:val="left"/>
            </w:pPr>
            <w:r>
              <w:rPr>
                <w:b w:val="0"/>
                <w:i w:val="0"/>
                <w:sz w:val="18"/>
              </w:rPr>
              <w:t>Framing and drywall</w:t>
            </w:r>
          </w:p>
        </w:tc>
        <w:tc>
          <w:tcPr>
            <w:tcW w:type="dxa" w:w="1261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  <w:shd w:val="clear" w:color="auto" w:fill="FFF7ED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24</w:t>
            </w:r>
          </w:p>
        </w:tc>
        <w:tc>
          <w:tcPr>
            <w:tcW w:type="dxa" w:w="189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  <w:shd w:val="clear" w:color="auto" w:fill="FFF7ED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$65.00</w:t>
            </w:r>
          </w:p>
        </w:tc>
        <w:tc>
          <w:tcPr>
            <w:tcW w:type="dxa" w:w="189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  <w:shd w:val="clear" w:color="auto" w:fill="FFF7ED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$1,560.00</w:t>
            </w:r>
          </w:p>
        </w:tc>
      </w:tr>
      <w:tr>
        <w:trPr>
          <w:trHeight w:val="360" w:hRule="atLeast"/>
        </w:trPr>
        <w:tc>
          <w:tcPr>
            <w:tcW w:type="dxa" w:w="5466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left"/>
            </w:pPr>
            <w:r>
              <w:rPr>
                <w:b w:val="0"/>
                <w:i w:val="0"/>
                <w:sz w:val="18"/>
              </w:rPr>
              <w:t>Finishing and cleanup</w:t>
            </w:r>
          </w:p>
        </w:tc>
        <w:tc>
          <w:tcPr>
            <w:tcW w:type="dxa" w:w="1261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6</w:t>
            </w:r>
          </w:p>
        </w:tc>
        <w:tc>
          <w:tcPr>
            <w:tcW w:type="dxa" w:w="189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$65.00</w:t>
            </w:r>
          </w:p>
        </w:tc>
        <w:tc>
          <w:tcPr>
            <w:tcW w:type="dxa" w:w="189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$390.00</w:t>
            </w:r>
          </w:p>
        </w:tc>
      </w:tr>
      <w:tr>
        <w:trPr>
          <w:trHeight w:val="360" w:hRule="atLeast"/>
        </w:trPr>
        <w:tc>
          <w:tcPr>
            <w:tcW w:type="dxa" w:w="5466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  <w:shd w:val="clear" w:color="auto" w:fill="FFF7ED"/>
          </w:tcPr>
          <w:p>
            <w:pPr>
              <w:spacing w:after="0"/>
              <w:jc w:val="left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61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  <w:shd w:val="clear" w:color="auto" w:fill="FFF7ED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9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  <w:shd w:val="clear" w:color="auto" w:fill="FFF7ED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9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  <w:shd w:val="clear" w:color="auto" w:fill="FFF7ED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</w:r>
          </w:p>
        </w:tc>
      </w:tr>
    </w:tbl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6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  <w:jc w:val="right"/>
            </w:pPr>
            <w:r>
              <w:rPr>
                <w:b w:val="0"/>
                <w:i w:val="0"/>
                <w:color w:val="444444"/>
                <w:sz w:val="18"/>
              </w:rPr>
              <w:t>Labour subtotal</w:t>
            </w:r>
          </w:p>
        </w:tc>
        <w:tc>
          <w:tcPr>
            <w:tcW w:type="dxa" w:w="1787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$2,470.00</w:t>
            </w:r>
          </w:p>
        </w:tc>
      </w:tr>
    </w:tbl>
    <w:p>
      <w:pPr>
        <w:spacing w:after="0" w:before="0"/>
        <w:jc w:val="left"/>
      </w:pPr>
    </w:p>
    <w:p>
      <w:pPr>
        <w:spacing w:after="40" w:before="120"/>
        <w:jc w:val="left"/>
      </w:pPr>
      <w:r>
        <w:rPr>
          <w:b/>
          <w:i w:val="0"/>
          <w:color w:val="C2410C"/>
          <w:sz w:val="20"/>
        </w:rPr>
        <w:t>Materials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5466"/>
            <w:tcMar>
              <w:top w:w="70" w:type="dxa"/>
              <w:left w:w="90" w:type="dxa"/>
              <w:bottom w:w="70" w:type="dxa"/>
              <w:right w:w="90" w:type="dxa"/>
            </w:tcMar>
            <w:shd w:val="clear" w:color="auto" w:fill="C2410C"/>
          </w:tcPr>
          <w:p>
            <w:pPr>
              <w:spacing w:after="0"/>
              <w:jc w:val="left"/>
            </w:pPr>
            <w:r>
              <w:rPr>
                <w:b/>
                <w:i w:val="0"/>
                <w:color w:val="FFFFFF"/>
                <w:sz w:val="16"/>
              </w:rPr>
              <w:t>ITEM</w:t>
            </w:r>
          </w:p>
        </w:tc>
        <w:tc>
          <w:tcPr>
            <w:tcW w:type="dxa" w:w="1261"/>
            <w:tcMar>
              <w:top w:w="70" w:type="dxa"/>
              <w:left w:w="90" w:type="dxa"/>
              <w:bottom w:w="70" w:type="dxa"/>
              <w:right w:w="90" w:type="dxa"/>
            </w:tcMar>
            <w:shd w:val="clear" w:color="auto" w:fill="C2410C"/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FFFFFF"/>
                <w:sz w:val="16"/>
              </w:rPr>
              <w:t>QTY</w:t>
            </w:r>
          </w:p>
        </w:tc>
        <w:tc>
          <w:tcPr>
            <w:tcW w:type="dxa" w:w="1892"/>
            <w:tcMar>
              <w:top w:w="70" w:type="dxa"/>
              <w:left w:w="90" w:type="dxa"/>
              <w:bottom w:w="70" w:type="dxa"/>
              <w:right w:w="90" w:type="dxa"/>
            </w:tcMar>
            <w:shd w:val="clear" w:color="auto" w:fill="C2410C"/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FFFFFF"/>
                <w:sz w:val="16"/>
              </w:rPr>
              <w:t>UNIT COST</w:t>
            </w:r>
          </w:p>
        </w:tc>
        <w:tc>
          <w:tcPr>
            <w:tcW w:type="dxa" w:w="1892"/>
            <w:tcMar>
              <w:top w:w="70" w:type="dxa"/>
              <w:left w:w="90" w:type="dxa"/>
              <w:bottom w:w="70" w:type="dxa"/>
              <w:right w:w="90" w:type="dxa"/>
            </w:tcMar>
            <w:shd w:val="clear" w:color="auto" w:fill="C2410C"/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FFFFFF"/>
                <w:sz w:val="16"/>
              </w:rPr>
              <w:t>AMOUNT</w:t>
            </w:r>
          </w:p>
        </w:tc>
      </w:tr>
      <w:tr>
        <w:trPr>
          <w:trHeight w:val="360" w:hRule="atLeast"/>
        </w:trPr>
        <w:tc>
          <w:tcPr>
            <w:tcW w:type="dxa" w:w="5466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left"/>
            </w:pPr>
            <w:r>
              <w:rPr>
                <w:b w:val="0"/>
                <w:i w:val="0"/>
                <w:sz w:val="18"/>
              </w:rPr>
              <w:t>Drywall sheets 4x8</w:t>
            </w:r>
          </w:p>
        </w:tc>
        <w:tc>
          <w:tcPr>
            <w:tcW w:type="dxa" w:w="1261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18</w:t>
            </w:r>
          </w:p>
        </w:tc>
        <w:tc>
          <w:tcPr>
            <w:tcW w:type="dxa" w:w="189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$14.50</w:t>
            </w:r>
          </w:p>
        </w:tc>
        <w:tc>
          <w:tcPr>
            <w:tcW w:type="dxa" w:w="189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$261.00</w:t>
            </w:r>
          </w:p>
        </w:tc>
      </w:tr>
      <w:tr>
        <w:trPr>
          <w:trHeight w:val="360" w:hRule="atLeast"/>
        </w:trPr>
        <w:tc>
          <w:tcPr>
            <w:tcW w:type="dxa" w:w="5466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  <w:shd w:val="clear" w:color="auto" w:fill="FFF7ED"/>
          </w:tcPr>
          <w:p>
            <w:pPr>
              <w:spacing w:after="0"/>
              <w:jc w:val="left"/>
            </w:pPr>
            <w:r>
              <w:rPr>
                <w:b w:val="0"/>
                <w:i w:val="0"/>
                <w:sz w:val="18"/>
              </w:rPr>
              <w:t>Lumber 2x4x8</w:t>
            </w:r>
          </w:p>
        </w:tc>
        <w:tc>
          <w:tcPr>
            <w:tcW w:type="dxa" w:w="1261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  <w:shd w:val="clear" w:color="auto" w:fill="FFF7ED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40</w:t>
            </w:r>
          </w:p>
        </w:tc>
        <w:tc>
          <w:tcPr>
            <w:tcW w:type="dxa" w:w="189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  <w:shd w:val="clear" w:color="auto" w:fill="FFF7ED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$4.25</w:t>
            </w:r>
          </w:p>
        </w:tc>
        <w:tc>
          <w:tcPr>
            <w:tcW w:type="dxa" w:w="189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  <w:shd w:val="clear" w:color="auto" w:fill="FFF7ED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$170.00</w:t>
            </w:r>
          </w:p>
        </w:tc>
      </w:tr>
      <w:tr>
        <w:trPr>
          <w:trHeight w:val="360" w:hRule="atLeast"/>
        </w:trPr>
        <w:tc>
          <w:tcPr>
            <w:tcW w:type="dxa" w:w="5466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left"/>
            </w:pPr>
            <w:r>
              <w:rPr>
                <w:b w:val="0"/>
                <w:i w:val="0"/>
                <w:sz w:val="18"/>
              </w:rPr>
              <w:t>Fasteners, tape, compound</w:t>
            </w:r>
          </w:p>
        </w:tc>
        <w:tc>
          <w:tcPr>
            <w:tcW w:type="dxa" w:w="1261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1</w:t>
            </w:r>
          </w:p>
        </w:tc>
        <w:tc>
          <w:tcPr>
            <w:tcW w:type="dxa" w:w="189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$96.00</w:t>
            </w:r>
          </w:p>
        </w:tc>
        <w:tc>
          <w:tcPr>
            <w:tcW w:type="dxa" w:w="189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$96.00</w:t>
            </w:r>
          </w:p>
        </w:tc>
      </w:tr>
      <w:tr>
        <w:trPr>
          <w:trHeight w:val="360" w:hRule="atLeast"/>
        </w:trPr>
        <w:tc>
          <w:tcPr>
            <w:tcW w:type="dxa" w:w="5466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  <w:shd w:val="clear" w:color="auto" w:fill="FFF7ED"/>
          </w:tcPr>
          <w:p>
            <w:pPr>
              <w:spacing w:after="0"/>
              <w:jc w:val="left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61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  <w:shd w:val="clear" w:color="auto" w:fill="FFF7ED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9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  <w:shd w:val="clear" w:color="auto" w:fill="FFF7ED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9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E5E7EB"/>
              <w:right w:val="nil"/>
            </w:tcBorders>
            <w:shd w:val="clear" w:color="auto" w:fill="FFF7ED"/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</w:r>
          </w:p>
        </w:tc>
      </w:tr>
    </w:tbl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6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  <w:jc w:val="right"/>
            </w:pPr>
            <w:r>
              <w:rPr>
                <w:b w:val="0"/>
                <w:i w:val="0"/>
                <w:color w:val="444444"/>
                <w:sz w:val="18"/>
              </w:rPr>
              <w:t>Materials subtotal</w:t>
            </w:r>
          </w:p>
        </w:tc>
        <w:tc>
          <w:tcPr>
            <w:tcW w:type="dxa" w:w="1787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$527.00</w:t>
            </w:r>
          </w:p>
        </w:tc>
      </w:tr>
      <w:tr>
        <w:tc>
          <w:tcPr>
            <w:tcW w:type="dxa" w:w="26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  <w:jc w:val="right"/>
            </w:pPr>
            <w:r>
              <w:rPr>
                <w:b w:val="0"/>
                <w:i w:val="0"/>
                <w:color w:val="444444"/>
                <w:sz w:val="18"/>
              </w:rPr>
              <w:t>Subtotal</w:t>
            </w:r>
          </w:p>
        </w:tc>
        <w:tc>
          <w:tcPr>
            <w:tcW w:type="dxa" w:w="1787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$2,997.00</w:t>
            </w:r>
          </w:p>
        </w:tc>
      </w:tr>
      <w:tr>
        <w:tc>
          <w:tcPr>
            <w:tcW w:type="dxa" w:w="26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  <w:jc w:val="right"/>
            </w:pPr>
            <w:r>
              <w:rPr>
                <w:b w:val="0"/>
                <w:i w:val="0"/>
                <w:color w:val="444444"/>
                <w:sz w:val="18"/>
              </w:rPr>
              <w:t>Tax (7%)</w:t>
            </w:r>
          </w:p>
        </w:tc>
        <w:tc>
          <w:tcPr>
            <w:tcW w:type="dxa" w:w="1787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$209.79</w:t>
            </w:r>
          </w:p>
        </w:tc>
      </w:tr>
      <w:tr>
        <w:tc>
          <w:tcPr>
            <w:tcW w:type="dxa" w:w="26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  <w:jc w:val="right"/>
            </w:pPr>
            <w:r>
              <w:rPr>
                <w:b w:val="0"/>
                <w:i w:val="0"/>
                <w:color w:val="444444"/>
                <w:sz w:val="18"/>
              </w:rPr>
              <w:t>Deposit received</w:t>
            </w:r>
          </w:p>
        </w:tc>
        <w:tc>
          <w:tcPr>
            <w:tcW w:type="dxa" w:w="1787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-$1,000.00</w:t>
            </w:r>
          </w:p>
        </w:tc>
      </w:tr>
      <w:tr>
        <w:trPr>
          <w:trHeight w:val="440" w:hRule="atLeast"/>
        </w:trPr>
        <w:tc>
          <w:tcPr>
            <w:tcW w:type="dxa" w:w="2628"/>
            <w:tcMar>
              <w:top w:w="60" w:type="dxa"/>
              <w:left w:w="90" w:type="dxa"/>
              <w:bottom w:w="60" w:type="dxa"/>
              <w:right w:w="90" w:type="dxa"/>
            </w:tcMar>
            <w:shd w:val="clear" w:color="auto" w:fill="C2410C"/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FFFFFF"/>
                <w:sz w:val="22"/>
              </w:rPr>
              <w:t>Balance due</w:t>
            </w:r>
          </w:p>
        </w:tc>
        <w:tc>
          <w:tcPr>
            <w:tcW w:type="dxa" w:w="1787"/>
            <w:tcMar>
              <w:top w:w="60" w:type="dxa"/>
              <w:left w:w="90" w:type="dxa"/>
              <w:bottom w:w="60" w:type="dxa"/>
              <w:right w:w="90" w:type="dxa"/>
            </w:tcMar>
            <w:shd w:val="clear" w:color="auto" w:fill="C2410C"/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FFFFFF"/>
                <w:sz w:val="22"/>
              </w:rPr>
              <w:t>$2,206.79</w:t>
            </w:r>
          </w:p>
        </w:tc>
      </w:tr>
    </w:tbl>
    <w:p>
      <w:pPr>
        <w:spacing w:after="0" w:before="0"/>
        <w:jc w:val="left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6097"/>
          </w:tcPr>
          <w:p>
            <w:pPr>
              <w:spacing w:after="0"/>
              <w:jc w:val="left"/>
            </w:pPr>
            <w:r>
              <w:rPr>
                <w:b/>
                <w:i w:val="0"/>
                <w:color w:val="C2410C"/>
                <w:sz w:val="16"/>
              </w:rPr>
              <w:t>NOTES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333333"/>
                <w:sz w:val="18"/>
              </w:rPr>
              <w:t>Work completed per the signed estimate dated December 12.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333333"/>
                <w:sz w:val="18"/>
              </w:rPr>
              <w:t>Warranty: 12 months on workmanship.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sz w:val="12"/>
              </w:rPr>
            </w:r>
          </w:p>
          <w:p>
            <w:pPr>
              <w:spacing w:after="0"/>
              <w:jc w:val="left"/>
            </w:pPr>
            <w:r>
              <w:rPr>
                <w:b/>
                <w:i w:val="0"/>
                <w:color w:val="C2410C"/>
                <w:sz w:val="16"/>
              </w:rPr>
              <w:t>TERMS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333333"/>
                <w:sz w:val="18"/>
              </w:rPr>
              <w:t>Balance due on completion.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333333"/>
                <w:sz w:val="18"/>
              </w:rPr>
              <w:t>Materials remain the property of the contractor until paid in full.</w:t>
            </w:r>
          </w:p>
        </w:tc>
        <w:tc>
          <w:tcPr>
            <w:tcW w:type="dxa" w:w="4415"/>
          </w:tcPr>
          <w:p>
            <w:pPr>
              <w:spacing w:after="0"/>
              <w:jc w:val="left"/>
            </w:pPr>
            <w:r>
              <w:rPr>
                <w:b/>
                <w:i w:val="0"/>
                <w:color w:val="C2410C"/>
                <w:sz w:val="16"/>
              </w:rPr>
              <w:t>PAYMENT DETAILS</w:t>
            </w:r>
          </w:p>
          <w:p>
            <w:r>
              <w:rPr>
                <w:color w:val="6B7280"/>
                <w:sz w:val="18"/>
              </w:rPr>
              <w:t xml:space="preserve">Bank   </w:t>
            </w:r>
            <w:r>
              <w:rPr>
                <w:sz w:val="18"/>
              </w:rPr>
              <w:t>Your Bank Name</w:t>
            </w:r>
          </w:p>
          <w:p>
            <w:r>
              <w:rPr>
                <w:color w:val="6B7280"/>
                <w:sz w:val="18"/>
              </w:rPr>
              <w:t xml:space="preserve">Account name   </w:t>
            </w:r>
            <w:r>
              <w:rPr>
                <w:sz w:val="18"/>
              </w:rPr>
              <w:t>Your Company Name</w:t>
            </w:r>
          </w:p>
          <w:p>
            <w:r>
              <w:rPr>
                <w:color w:val="6B7280"/>
                <w:sz w:val="18"/>
              </w:rPr>
              <w:t xml:space="preserve">Account number   </w:t>
            </w:r>
            <w:r>
              <w:rPr>
                <w:sz w:val="18"/>
              </w:rPr>
              <w:t>00000000</w:t>
            </w:r>
          </w:p>
          <w:p>
            <w:r>
              <w:rPr>
                <w:color w:val="6B7280"/>
                <w:sz w:val="18"/>
              </w:rPr>
              <w:t xml:space="preserve">Routing / Sort code   </w:t>
            </w:r>
            <w:r>
              <w:rPr>
                <w:sz w:val="18"/>
              </w:rPr>
              <w:t>000000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sz w:val="28"/>
              </w:rPr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999999"/>
                <w:sz w:val="18"/>
              </w:rPr>
              <w:t>_______________________________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6B7280"/>
                <w:sz w:val="16"/>
              </w:rPr>
              <w:t>Authorized signature</w:t>
            </w:r>
          </w:p>
        </w:tc>
      </w:tr>
    </w:tbl>
    <w:p>
      <w:pPr>
        <w:spacing w:after="0" w:before="280"/>
        <w:jc w:val="center"/>
      </w:pPr>
      <w:r>
        <w:rPr>
          <w:b w:val="0"/>
          <w:i/>
          <w:color w:val="6B7280"/>
          <w:sz w:val="18"/>
        </w:rPr>
        <w:t>Thank you for your business.</w:t>
      </w:r>
    </w:p>
    <w:sectPr w:rsidR="00FC693F" w:rsidRPr="0006063C" w:rsidSect="00034616"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